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0DBFE" w14:textId="3FB10F23" w:rsidR="00A93830" w:rsidRPr="00CD0A7B" w:rsidRDefault="00F41868">
      <w:pPr>
        <w:spacing w:after="360"/>
        <w:rPr>
          <w:lang w:val="de-DE"/>
        </w:rPr>
      </w:pPr>
      <w:r w:rsidRPr="00CD0A7B">
        <w:rPr>
          <w:b/>
          <w:sz w:val="36"/>
          <w:lang w:val="de-DE"/>
        </w:rPr>
        <w:t>Bautagebuch</w:t>
      </w:r>
    </w:p>
    <w:p w14:paraId="05547FC9" w14:textId="77777777" w:rsidR="00A93830" w:rsidRPr="009768EB" w:rsidRDefault="00000000">
      <w:pPr>
        <w:pBdr>
          <w:bottom w:val="single" w:sz="6" w:space="1" w:color="111111"/>
        </w:pBdr>
        <w:spacing w:after="80"/>
        <w:rPr>
          <w:szCs w:val="20"/>
          <w:lang w:val="de-DE"/>
        </w:rPr>
      </w:pPr>
      <w:r w:rsidRPr="009768EB">
        <w:rPr>
          <w:b/>
          <w:color w:val="D56B19"/>
          <w:spacing w:val="22"/>
          <w:szCs w:val="20"/>
          <w:lang w:val="de-DE"/>
        </w:rPr>
        <w:t>PROJEKT</w:t>
      </w:r>
    </w:p>
    <w:tbl>
      <w:tblPr>
        <w:tblW w:w="0" w:type="auto"/>
        <w:tblLayout w:type="fixed"/>
        <w:tblCellMar>
          <w:top w:w="80" w:type="dxa"/>
          <w:left w:w="0" w:type="dxa"/>
          <w:bottom w:w="8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  <w:gridCol w:w="7427"/>
      </w:tblGrid>
      <w:tr w:rsidR="00A93830" w:rsidRPr="00CD0A7B" w14:paraId="43E12336" w14:textId="77777777">
        <w:tc>
          <w:tcPr>
            <w:tcW w:w="2438" w:type="dxa"/>
            <w:tcBorders>
              <w:bottom w:val="single" w:sz="4" w:space="0" w:color="E5E7EB"/>
            </w:tcBorders>
            <w:tcMar>
              <w:top w:w="80" w:type="dxa"/>
              <w:left w:w="0" w:type="dxa"/>
              <w:bottom w:w="80" w:type="dxa"/>
              <w:right w:w="370" w:type="dxa"/>
            </w:tcMar>
            <w:vAlign w:val="bottom"/>
          </w:tcPr>
          <w:p w14:paraId="15B6F3B3" w14:textId="46861283" w:rsidR="00A93830" w:rsidRPr="0046047A" w:rsidRDefault="001936D9">
            <w:pPr>
              <w:rPr>
                <w:sz w:val="16"/>
                <w:lang w:val="de-DE"/>
              </w:rPr>
            </w:pPr>
            <w:r w:rsidRPr="0046047A">
              <w:rPr>
                <w:color w:val="6B7280"/>
                <w:spacing w:val="16"/>
                <w:sz w:val="16"/>
                <w:lang w:val="de-DE"/>
              </w:rPr>
              <w:t>BAUVORHABEN</w:t>
            </w:r>
          </w:p>
        </w:tc>
        <w:tc>
          <w:tcPr>
            <w:tcW w:w="7427" w:type="dxa"/>
            <w:tcBorders>
              <w:bottom w:val="single" w:sz="4" w:space="0" w:color="E5E7EB"/>
            </w:tcBorders>
          </w:tcPr>
          <w:p w14:paraId="26AFDDEA" w14:textId="50248A83" w:rsidR="00A93830" w:rsidRPr="0046047A" w:rsidRDefault="00117F57">
            <w:pPr>
              <w:rPr>
                <w:szCs w:val="20"/>
                <w:lang w:val="de-DE"/>
              </w:rPr>
            </w:pPr>
            <w:r w:rsidRPr="0046047A">
              <w:rPr>
                <w:b/>
                <w:szCs w:val="20"/>
                <w:lang w:val="de-DE"/>
              </w:rPr>
              <w:t>Neubau Wohnhaus</w:t>
            </w:r>
            <w:r w:rsidR="00C35B08" w:rsidRPr="0046047A">
              <w:rPr>
                <w:b/>
                <w:szCs w:val="20"/>
                <w:lang w:val="de-DE"/>
              </w:rPr>
              <w:t xml:space="preserve">, Musterstraße </w:t>
            </w:r>
            <w:r w:rsidRPr="0046047A">
              <w:rPr>
                <w:b/>
                <w:szCs w:val="20"/>
                <w:lang w:val="de-DE"/>
              </w:rPr>
              <w:t>12</w:t>
            </w:r>
            <w:r w:rsidR="00C35B08" w:rsidRPr="0046047A">
              <w:rPr>
                <w:b/>
                <w:szCs w:val="20"/>
                <w:lang w:val="de-DE"/>
              </w:rPr>
              <w:t>, 12345 Musterstadt</w:t>
            </w:r>
          </w:p>
        </w:tc>
      </w:tr>
      <w:tr w:rsidR="00A93830" w:rsidRPr="00CD0A7B" w14:paraId="25C239D4" w14:textId="77777777">
        <w:tc>
          <w:tcPr>
            <w:tcW w:w="2438" w:type="dxa"/>
            <w:tcBorders>
              <w:bottom w:val="single" w:sz="4" w:space="0" w:color="E5E7EB"/>
            </w:tcBorders>
            <w:tcMar>
              <w:top w:w="80" w:type="dxa"/>
              <w:left w:w="0" w:type="dxa"/>
              <w:bottom w:w="80" w:type="dxa"/>
              <w:right w:w="370" w:type="dxa"/>
            </w:tcMar>
          </w:tcPr>
          <w:p w14:paraId="2F10BA37" w14:textId="77777777" w:rsidR="00A93830" w:rsidRPr="0046047A" w:rsidRDefault="00000000">
            <w:pPr>
              <w:rPr>
                <w:sz w:val="16"/>
                <w:lang w:val="de-DE"/>
              </w:rPr>
            </w:pPr>
            <w:r w:rsidRPr="0046047A">
              <w:rPr>
                <w:color w:val="6B7280"/>
                <w:spacing w:val="16"/>
                <w:sz w:val="16"/>
                <w:lang w:val="de-DE"/>
              </w:rPr>
              <w:t>AUFTRAGGEBER</w:t>
            </w:r>
          </w:p>
        </w:tc>
        <w:tc>
          <w:tcPr>
            <w:tcW w:w="7427" w:type="dxa"/>
            <w:tcBorders>
              <w:bottom w:val="single" w:sz="4" w:space="0" w:color="E5E7EB"/>
            </w:tcBorders>
          </w:tcPr>
          <w:p w14:paraId="2FC4A387" w14:textId="12684A57" w:rsidR="00A93830" w:rsidRPr="0046047A" w:rsidRDefault="00C35B08">
            <w:pPr>
              <w:rPr>
                <w:sz w:val="18"/>
                <w:szCs w:val="24"/>
                <w:lang w:val="de-DE"/>
              </w:rPr>
            </w:pPr>
            <w:bookmarkStart w:id="0" w:name="OLE_LINK2"/>
            <w:r w:rsidRPr="0046047A">
              <w:rPr>
                <w:sz w:val="18"/>
                <w:szCs w:val="24"/>
                <w:lang w:val="de-DE"/>
              </w:rPr>
              <w:t>Bauherr GmbH,</w:t>
            </w:r>
            <w:r w:rsidR="00117F57" w:rsidRPr="0046047A">
              <w:rPr>
                <w:sz w:val="18"/>
                <w:szCs w:val="24"/>
                <w:lang w:val="de-DE"/>
              </w:rPr>
              <w:t xml:space="preserve"> Beispielweg</w:t>
            </w:r>
            <w:r w:rsidRPr="0046047A">
              <w:rPr>
                <w:sz w:val="18"/>
                <w:szCs w:val="24"/>
                <w:lang w:val="de-DE"/>
              </w:rPr>
              <w:t xml:space="preserve"> 1, 12345 </w:t>
            </w:r>
            <w:bookmarkStart w:id="1" w:name="OLE_LINK3"/>
            <w:r w:rsidRPr="0046047A">
              <w:rPr>
                <w:sz w:val="18"/>
                <w:szCs w:val="24"/>
                <w:lang w:val="de-DE"/>
              </w:rPr>
              <w:t>Musterstadt</w:t>
            </w:r>
            <w:bookmarkEnd w:id="0"/>
            <w:bookmarkEnd w:id="1"/>
          </w:p>
        </w:tc>
      </w:tr>
      <w:tr w:rsidR="00C35B08" w:rsidRPr="001A1A51" w14:paraId="44ED8AE7" w14:textId="77777777">
        <w:tc>
          <w:tcPr>
            <w:tcW w:w="2438" w:type="dxa"/>
            <w:tcBorders>
              <w:bottom w:val="single" w:sz="4" w:space="0" w:color="E5E7EB"/>
            </w:tcBorders>
            <w:tcMar>
              <w:top w:w="80" w:type="dxa"/>
              <w:left w:w="0" w:type="dxa"/>
              <w:bottom w:w="80" w:type="dxa"/>
              <w:right w:w="370" w:type="dxa"/>
            </w:tcMar>
          </w:tcPr>
          <w:p w14:paraId="14B43331" w14:textId="7CA0DE97" w:rsidR="00C35B08" w:rsidRPr="0046047A" w:rsidRDefault="00C35B08">
            <w:pPr>
              <w:rPr>
                <w:color w:val="6B7280"/>
                <w:spacing w:val="16"/>
                <w:sz w:val="16"/>
                <w:lang w:val="de-DE"/>
              </w:rPr>
            </w:pPr>
            <w:bookmarkStart w:id="2" w:name="OLE_LINK1"/>
            <w:r w:rsidRPr="0046047A">
              <w:rPr>
                <w:color w:val="6B7280"/>
                <w:spacing w:val="16"/>
                <w:sz w:val="16"/>
                <w:lang w:val="de-DE"/>
              </w:rPr>
              <w:t>AUFTRAGNEHMER</w:t>
            </w:r>
            <w:bookmarkEnd w:id="2"/>
          </w:p>
        </w:tc>
        <w:tc>
          <w:tcPr>
            <w:tcW w:w="7427" w:type="dxa"/>
            <w:tcBorders>
              <w:bottom w:val="single" w:sz="4" w:space="0" w:color="E5E7EB"/>
            </w:tcBorders>
          </w:tcPr>
          <w:p w14:paraId="601C9E30" w14:textId="113652E7" w:rsidR="00C35B08" w:rsidRPr="0046047A" w:rsidRDefault="00117F57">
            <w:pPr>
              <w:rPr>
                <w:sz w:val="18"/>
                <w:szCs w:val="24"/>
                <w:lang w:val="de-DE"/>
              </w:rPr>
            </w:pPr>
            <w:r w:rsidRPr="0046047A">
              <w:rPr>
                <w:sz w:val="18"/>
                <w:szCs w:val="24"/>
                <w:lang w:val="de-DE"/>
              </w:rPr>
              <w:t>Muster Bau GmbH</w:t>
            </w:r>
            <w:r w:rsidR="00C35B08" w:rsidRPr="0046047A">
              <w:rPr>
                <w:sz w:val="18"/>
                <w:szCs w:val="24"/>
                <w:lang w:val="de-DE"/>
              </w:rPr>
              <w:t>,</w:t>
            </w:r>
            <w:r w:rsidRPr="0046047A">
              <w:rPr>
                <w:sz w:val="18"/>
                <w:szCs w:val="24"/>
                <w:lang w:val="de-DE"/>
              </w:rPr>
              <w:t xml:space="preserve"> Handwerkerstraße</w:t>
            </w:r>
            <w:r w:rsidR="00C35B08" w:rsidRPr="0046047A">
              <w:rPr>
                <w:sz w:val="18"/>
                <w:szCs w:val="24"/>
                <w:lang w:val="de-DE"/>
              </w:rPr>
              <w:t xml:space="preserve"> </w:t>
            </w:r>
            <w:r w:rsidRPr="0046047A">
              <w:rPr>
                <w:sz w:val="18"/>
                <w:szCs w:val="24"/>
                <w:lang w:val="de-DE"/>
              </w:rPr>
              <w:t>5</w:t>
            </w:r>
            <w:r w:rsidR="00C35B08" w:rsidRPr="0046047A">
              <w:rPr>
                <w:sz w:val="18"/>
                <w:szCs w:val="24"/>
                <w:lang w:val="de-DE"/>
              </w:rPr>
              <w:t>, 12345 Musterstadt</w:t>
            </w:r>
          </w:p>
        </w:tc>
      </w:tr>
      <w:tr w:rsidR="00A93830" w:rsidRPr="00CD0A7B" w14:paraId="66AFC625" w14:textId="77777777">
        <w:tc>
          <w:tcPr>
            <w:tcW w:w="2438" w:type="dxa"/>
            <w:tcMar>
              <w:top w:w="80" w:type="dxa"/>
              <w:left w:w="0" w:type="dxa"/>
              <w:bottom w:w="80" w:type="dxa"/>
              <w:right w:w="370" w:type="dxa"/>
            </w:tcMar>
          </w:tcPr>
          <w:p w14:paraId="27312DF1" w14:textId="2AE00594" w:rsidR="00A93830" w:rsidRPr="0046047A" w:rsidRDefault="00C35B08">
            <w:pPr>
              <w:rPr>
                <w:sz w:val="16"/>
                <w:lang w:val="de-DE"/>
              </w:rPr>
            </w:pPr>
            <w:r w:rsidRPr="0046047A">
              <w:rPr>
                <w:color w:val="6B7280"/>
                <w:spacing w:val="16"/>
                <w:sz w:val="16"/>
                <w:lang w:val="de-DE"/>
              </w:rPr>
              <w:t>BAULEITUNG</w:t>
            </w:r>
          </w:p>
        </w:tc>
        <w:tc>
          <w:tcPr>
            <w:tcW w:w="7427" w:type="dxa"/>
          </w:tcPr>
          <w:p w14:paraId="24BC4BAC" w14:textId="5846B1D6" w:rsidR="00A93830" w:rsidRPr="0046047A" w:rsidRDefault="00117F57">
            <w:pPr>
              <w:rPr>
                <w:sz w:val="18"/>
                <w:szCs w:val="24"/>
                <w:lang w:val="de-DE"/>
              </w:rPr>
            </w:pPr>
            <w:r w:rsidRPr="0046047A">
              <w:rPr>
                <w:sz w:val="18"/>
                <w:szCs w:val="24"/>
                <w:lang w:val="de-DE"/>
              </w:rPr>
              <w:t>Max</w:t>
            </w:r>
            <w:r w:rsidR="00C35B08" w:rsidRPr="0046047A">
              <w:rPr>
                <w:sz w:val="18"/>
                <w:szCs w:val="24"/>
                <w:lang w:val="de-DE"/>
              </w:rPr>
              <w:t xml:space="preserve"> </w:t>
            </w:r>
            <w:r w:rsidRPr="0046047A">
              <w:rPr>
                <w:sz w:val="18"/>
                <w:szCs w:val="24"/>
                <w:lang w:val="de-DE"/>
              </w:rPr>
              <w:t>Mustermann</w:t>
            </w:r>
          </w:p>
        </w:tc>
      </w:tr>
    </w:tbl>
    <w:p w14:paraId="00517048" w14:textId="77777777" w:rsidR="00A93830" w:rsidRPr="00CD0A7B" w:rsidRDefault="00A93830">
      <w:pPr>
        <w:spacing w:before="480" w:line="20" w:lineRule="exact"/>
        <w:rPr>
          <w:lang w:val="de-DE"/>
        </w:rPr>
      </w:pPr>
    </w:p>
    <w:p w14:paraId="4F4D30C7" w14:textId="77777777" w:rsidR="00A93830" w:rsidRPr="009768EB" w:rsidRDefault="00000000">
      <w:pPr>
        <w:pBdr>
          <w:bottom w:val="single" w:sz="6" w:space="1" w:color="111111"/>
        </w:pBdr>
        <w:spacing w:after="80"/>
        <w:rPr>
          <w:szCs w:val="20"/>
          <w:lang w:val="de-DE"/>
        </w:rPr>
      </w:pPr>
      <w:bookmarkStart w:id="3" w:name="OLE_LINK9"/>
      <w:r w:rsidRPr="009768EB">
        <w:rPr>
          <w:b/>
          <w:color w:val="D56B19"/>
          <w:spacing w:val="22"/>
          <w:szCs w:val="20"/>
          <w:lang w:val="de-DE"/>
        </w:rPr>
        <w:t>B</w:t>
      </w:r>
      <w:bookmarkStart w:id="4" w:name="OLE_LINK11"/>
      <w:r w:rsidRPr="009768EB">
        <w:rPr>
          <w:b/>
          <w:color w:val="D56B19"/>
          <w:spacing w:val="22"/>
          <w:szCs w:val="20"/>
          <w:lang w:val="de-DE"/>
        </w:rPr>
        <w:t>ERICHT</w:t>
      </w:r>
      <w:bookmarkEnd w:id="4"/>
    </w:p>
    <w:tbl>
      <w:tblPr>
        <w:tblW w:w="0" w:type="auto"/>
        <w:tblLayout w:type="fixed"/>
        <w:tblCellMar>
          <w:top w:w="80" w:type="dxa"/>
          <w:left w:w="0" w:type="dxa"/>
          <w:bottom w:w="8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  <w:gridCol w:w="7427"/>
      </w:tblGrid>
      <w:tr w:rsidR="00A93830" w:rsidRPr="00CD0A7B" w14:paraId="6F88BF72" w14:textId="77777777">
        <w:tc>
          <w:tcPr>
            <w:tcW w:w="2438" w:type="dxa"/>
            <w:tcBorders>
              <w:bottom w:val="single" w:sz="4" w:space="0" w:color="E5E7EB"/>
            </w:tcBorders>
            <w:tcMar>
              <w:top w:w="80" w:type="dxa"/>
              <w:left w:w="0" w:type="dxa"/>
              <w:bottom w:w="80" w:type="dxa"/>
              <w:right w:w="370" w:type="dxa"/>
            </w:tcMar>
            <w:vAlign w:val="bottom"/>
          </w:tcPr>
          <w:bookmarkEnd w:id="3"/>
          <w:p w14:paraId="5F552C17" w14:textId="5E8CC5C6" w:rsidR="00A93830" w:rsidRPr="0046047A" w:rsidRDefault="00C35B08">
            <w:pPr>
              <w:rPr>
                <w:sz w:val="16"/>
                <w:lang w:val="de-DE"/>
              </w:rPr>
            </w:pPr>
            <w:r w:rsidRPr="0046047A">
              <w:rPr>
                <w:color w:val="6B7280"/>
                <w:spacing w:val="16"/>
                <w:sz w:val="16"/>
                <w:lang w:val="de-DE"/>
              </w:rPr>
              <w:t>BERICHT-NR.</w:t>
            </w:r>
          </w:p>
        </w:tc>
        <w:tc>
          <w:tcPr>
            <w:tcW w:w="7427" w:type="dxa"/>
            <w:tcBorders>
              <w:bottom w:val="single" w:sz="4" w:space="0" w:color="E5E7EB"/>
            </w:tcBorders>
          </w:tcPr>
          <w:p w14:paraId="618968DD" w14:textId="54993DC5" w:rsidR="00A93830" w:rsidRPr="00CD0A7B" w:rsidRDefault="00C35B08">
            <w:pPr>
              <w:rPr>
                <w:lang w:val="de-DE"/>
              </w:rPr>
            </w:pPr>
            <w:r w:rsidRPr="0046047A">
              <w:rPr>
                <w:b/>
                <w:szCs w:val="20"/>
                <w:lang w:val="de-DE"/>
              </w:rPr>
              <w:t>1</w:t>
            </w:r>
          </w:p>
        </w:tc>
      </w:tr>
      <w:tr w:rsidR="00A93830" w:rsidRPr="00CD0A7B" w14:paraId="16A60A59" w14:textId="77777777">
        <w:tc>
          <w:tcPr>
            <w:tcW w:w="2438" w:type="dxa"/>
            <w:tcBorders>
              <w:bottom w:val="single" w:sz="4" w:space="0" w:color="E5E7EB"/>
            </w:tcBorders>
            <w:tcMar>
              <w:top w:w="80" w:type="dxa"/>
              <w:left w:w="0" w:type="dxa"/>
              <w:bottom w:w="80" w:type="dxa"/>
              <w:right w:w="370" w:type="dxa"/>
            </w:tcMar>
          </w:tcPr>
          <w:p w14:paraId="6C257E75" w14:textId="77777777" w:rsidR="00A93830" w:rsidRPr="0046047A" w:rsidRDefault="00000000">
            <w:pPr>
              <w:rPr>
                <w:sz w:val="16"/>
                <w:lang w:val="de-DE"/>
              </w:rPr>
            </w:pPr>
            <w:r w:rsidRPr="0046047A">
              <w:rPr>
                <w:color w:val="6B7280"/>
                <w:spacing w:val="16"/>
                <w:sz w:val="16"/>
                <w:lang w:val="de-DE"/>
              </w:rPr>
              <w:t>DATUM</w:t>
            </w:r>
          </w:p>
        </w:tc>
        <w:tc>
          <w:tcPr>
            <w:tcW w:w="7427" w:type="dxa"/>
            <w:tcBorders>
              <w:bottom w:val="single" w:sz="4" w:space="0" w:color="E5E7EB"/>
            </w:tcBorders>
          </w:tcPr>
          <w:p w14:paraId="75714D0E" w14:textId="60136F69" w:rsidR="00A93830" w:rsidRPr="0046047A" w:rsidRDefault="00C35B08">
            <w:pPr>
              <w:rPr>
                <w:sz w:val="18"/>
                <w:szCs w:val="24"/>
                <w:lang w:val="de-DE"/>
              </w:rPr>
            </w:pPr>
            <w:r w:rsidRPr="0046047A">
              <w:rPr>
                <w:sz w:val="18"/>
                <w:szCs w:val="24"/>
                <w:lang w:val="de-DE"/>
              </w:rPr>
              <w:t>01.01.2026</w:t>
            </w:r>
          </w:p>
        </w:tc>
      </w:tr>
      <w:tr w:rsidR="00A93830" w:rsidRPr="00CD0A7B" w14:paraId="1B27A402" w14:textId="77777777">
        <w:tc>
          <w:tcPr>
            <w:tcW w:w="2438" w:type="dxa"/>
            <w:tcMar>
              <w:top w:w="80" w:type="dxa"/>
              <w:left w:w="0" w:type="dxa"/>
              <w:bottom w:w="80" w:type="dxa"/>
              <w:right w:w="370" w:type="dxa"/>
            </w:tcMar>
          </w:tcPr>
          <w:p w14:paraId="12382634" w14:textId="28398DF2" w:rsidR="00A93830" w:rsidRPr="0046047A" w:rsidRDefault="00C35B08">
            <w:pPr>
              <w:rPr>
                <w:sz w:val="16"/>
                <w:lang w:val="de-DE"/>
              </w:rPr>
            </w:pPr>
            <w:r w:rsidRPr="0046047A">
              <w:rPr>
                <w:color w:val="6B7280"/>
                <w:spacing w:val="16"/>
                <w:sz w:val="16"/>
                <w:lang w:val="de-DE"/>
              </w:rPr>
              <w:t>WETTER</w:t>
            </w:r>
          </w:p>
        </w:tc>
        <w:tc>
          <w:tcPr>
            <w:tcW w:w="7427" w:type="dxa"/>
          </w:tcPr>
          <w:p w14:paraId="0F1E5ECD" w14:textId="0F9D7380" w:rsidR="00A93830" w:rsidRPr="0046047A" w:rsidRDefault="00C35B08">
            <w:pPr>
              <w:rPr>
                <w:sz w:val="18"/>
                <w:szCs w:val="24"/>
                <w:lang w:val="de-DE"/>
              </w:rPr>
            </w:pPr>
            <w:r w:rsidRPr="0046047A">
              <w:rPr>
                <w:sz w:val="18"/>
                <w:szCs w:val="24"/>
                <w:lang w:val="de-DE"/>
              </w:rPr>
              <w:t>Sonnig, 14 °C</w:t>
            </w:r>
          </w:p>
        </w:tc>
      </w:tr>
    </w:tbl>
    <w:p w14:paraId="2C469A8B" w14:textId="77777777" w:rsidR="00A93830" w:rsidRDefault="00A93830">
      <w:pPr>
        <w:spacing w:before="480" w:line="20" w:lineRule="exact"/>
        <w:rPr>
          <w:lang w:val="de-DE"/>
        </w:rPr>
      </w:pPr>
    </w:p>
    <w:p w14:paraId="49CC4FE9" w14:textId="49B8EA61" w:rsidR="001A1A51" w:rsidRPr="0046047A" w:rsidRDefault="001A1A51" w:rsidP="004B430A">
      <w:pPr>
        <w:pBdr>
          <w:bottom w:val="single" w:sz="4" w:space="1" w:color="BFBFBF" w:themeColor="background1" w:themeShade="BF"/>
        </w:pBdr>
        <w:spacing w:after="80"/>
        <w:rPr>
          <w:b/>
          <w:color w:val="D56B19"/>
          <w:spacing w:val="22"/>
          <w:sz w:val="18"/>
          <w:szCs w:val="18"/>
          <w:lang w:val="de-DE"/>
        </w:rPr>
      </w:pPr>
      <w:bookmarkStart w:id="5" w:name="OLE_LINK13"/>
      <w:r w:rsidRPr="0046047A">
        <w:rPr>
          <w:b/>
          <w:color w:val="D56B19"/>
          <w:spacing w:val="22"/>
          <w:sz w:val="18"/>
          <w:szCs w:val="18"/>
          <w:lang w:val="de-DE"/>
        </w:rPr>
        <w:t>ANW</w:t>
      </w:r>
      <w:bookmarkStart w:id="6" w:name="OLE_LINK15"/>
      <w:r w:rsidRPr="0046047A">
        <w:rPr>
          <w:b/>
          <w:color w:val="D56B19"/>
          <w:spacing w:val="22"/>
          <w:sz w:val="18"/>
          <w:szCs w:val="18"/>
          <w:lang w:val="de-DE"/>
        </w:rPr>
        <w:t>ESEND</w:t>
      </w:r>
      <w:bookmarkEnd w:id="6"/>
      <w:r w:rsidRPr="0046047A">
        <w:rPr>
          <w:b/>
          <w:color w:val="D56B19"/>
          <w:spacing w:val="22"/>
          <w:sz w:val="18"/>
          <w:szCs w:val="18"/>
          <w:lang w:val="de-DE"/>
        </w:rPr>
        <w:t>E FIRMEN / ARBEITSKRÄFT</w:t>
      </w:r>
      <w:r w:rsidR="00911098" w:rsidRPr="0046047A">
        <w:rPr>
          <w:b/>
          <w:color w:val="D56B19"/>
          <w:spacing w:val="22"/>
          <w:sz w:val="18"/>
          <w:szCs w:val="18"/>
          <w:lang w:val="de-DE"/>
        </w:rPr>
        <w:t>E</w:t>
      </w:r>
    </w:p>
    <w:tbl>
      <w:tblPr>
        <w:tblStyle w:val="Style2"/>
        <w:tblW w:w="0" w:type="auto"/>
        <w:tblLayout w:type="fixed"/>
        <w:tblCellMar>
          <w:top w:w="72" w:type="dxa"/>
          <w:left w:w="0" w:type="dxa"/>
          <w:bottom w:w="72" w:type="dxa"/>
          <w:right w:w="0" w:type="dxa"/>
        </w:tblCellMar>
        <w:tblLook w:val="04A0" w:firstRow="1" w:lastRow="0" w:firstColumn="1" w:lastColumn="0" w:noHBand="0" w:noVBand="1"/>
      </w:tblPr>
      <w:tblGrid>
        <w:gridCol w:w="8448"/>
        <w:gridCol w:w="1417"/>
      </w:tblGrid>
      <w:tr w:rsidR="00A93830" w:rsidRPr="00CD0A7B" w14:paraId="4C644DCE" w14:textId="77777777" w:rsidTr="0046047A">
        <w:tc>
          <w:tcPr>
            <w:tcW w:w="8448" w:type="dxa"/>
            <w:tcBorders>
              <w:bottom w:val="single" w:sz="4" w:space="0" w:color="E5E7EB"/>
            </w:tcBorders>
          </w:tcPr>
          <w:p w14:paraId="2BA3A37C" w14:textId="15DF3620" w:rsidR="00A93830" w:rsidRPr="001A1A51" w:rsidRDefault="00911098" w:rsidP="00911098">
            <w:pPr>
              <w:rPr>
                <w:szCs w:val="20"/>
                <w:lang w:val="de-DE"/>
              </w:rPr>
            </w:pPr>
            <w:bookmarkStart w:id="7" w:name="OLE_LINK10"/>
            <w:bookmarkEnd w:id="5"/>
            <w:r w:rsidRPr="009768EB">
              <w:rPr>
                <w:b/>
                <w:sz w:val="18"/>
                <w:szCs w:val="24"/>
                <w:lang w:val="de-DE"/>
              </w:rPr>
              <w:t xml:space="preserve">Firma / </w:t>
            </w:r>
            <w:bookmarkEnd w:id="7"/>
            <w:r w:rsidRPr="009768EB">
              <w:rPr>
                <w:b/>
                <w:sz w:val="18"/>
                <w:szCs w:val="24"/>
                <w:lang w:val="de-DE"/>
              </w:rPr>
              <w:t>Gewerk</w:t>
            </w:r>
          </w:p>
        </w:tc>
        <w:tc>
          <w:tcPr>
            <w:tcW w:w="1417" w:type="dxa"/>
            <w:tcBorders>
              <w:bottom w:val="single" w:sz="4" w:space="0" w:color="E5E7EB"/>
            </w:tcBorders>
          </w:tcPr>
          <w:p w14:paraId="3FC38F7C" w14:textId="77777777" w:rsidR="00A93830" w:rsidRPr="00CD0A7B" w:rsidRDefault="00000000">
            <w:pPr>
              <w:jc w:val="center"/>
              <w:rPr>
                <w:lang w:val="de-DE"/>
              </w:rPr>
            </w:pPr>
            <w:r w:rsidRPr="009768EB">
              <w:rPr>
                <w:b/>
                <w:sz w:val="18"/>
                <w:szCs w:val="24"/>
                <w:lang w:val="de-DE"/>
              </w:rPr>
              <w:t>Anzahl</w:t>
            </w:r>
          </w:p>
        </w:tc>
      </w:tr>
      <w:tr w:rsidR="00A93830" w:rsidRPr="00CD0A7B" w14:paraId="1ED186B2" w14:textId="77777777" w:rsidTr="0046047A">
        <w:tc>
          <w:tcPr>
            <w:tcW w:w="8448" w:type="dxa"/>
            <w:tcBorders>
              <w:top w:val="single" w:sz="4" w:space="0" w:color="E5E7EB"/>
              <w:bottom w:val="single" w:sz="4" w:space="0" w:color="E5E7EB"/>
            </w:tcBorders>
          </w:tcPr>
          <w:p w14:paraId="3F09B5CC" w14:textId="26CCF769" w:rsidR="00A93830" w:rsidRPr="001A1A51" w:rsidRDefault="001A1A51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 xml:space="preserve">Muster Bau GmbH </w:t>
            </w:r>
          </w:p>
        </w:tc>
        <w:tc>
          <w:tcPr>
            <w:tcW w:w="1417" w:type="dxa"/>
            <w:tcBorders>
              <w:top w:val="single" w:sz="4" w:space="0" w:color="E5E7EB"/>
              <w:bottom w:val="single" w:sz="4" w:space="0" w:color="E5E7EB"/>
            </w:tcBorders>
          </w:tcPr>
          <w:p w14:paraId="72902467" w14:textId="3E9A6B8E" w:rsidR="00A93830" w:rsidRPr="001A1A51" w:rsidRDefault="00C35B08">
            <w:pPr>
              <w:jc w:val="center"/>
              <w:rPr>
                <w:sz w:val="18"/>
                <w:szCs w:val="18"/>
                <w:lang w:val="de-DE"/>
              </w:rPr>
            </w:pPr>
            <w:r w:rsidRPr="001A1A51">
              <w:rPr>
                <w:sz w:val="18"/>
                <w:szCs w:val="18"/>
                <w:lang w:val="de-DE"/>
              </w:rPr>
              <w:t>3</w:t>
            </w:r>
          </w:p>
        </w:tc>
      </w:tr>
      <w:tr w:rsidR="00A93830" w:rsidRPr="00CD0A7B" w14:paraId="165EDE06" w14:textId="77777777" w:rsidTr="00911098">
        <w:tc>
          <w:tcPr>
            <w:tcW w:w="8448" w:type="dxa"/>
            <w:tcBorders>
              <w:top w:val="single" w:sz="4" w:space="0" w:color="E5E7EB"/>
            </w:tcBorders>
          </w:tcPr>
          <w:p w14:paraId="67291721" w14:textId="36EFCD37" w:rsidR="00A93830" w:rsidRPr="001A1A51" w:rsidRDefault="001A1A51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Maler GbR</w:t>
            </w:r>
          </w:p>
        </w:tc>
        <w:tc>
          <w:tcPr>
            <w:tcW w:w="1417" w:type="dxa"/>
            <w:tcBorders>
              <w:top w:val="single" w:sz="4" w:space="0" w:color="E5E7EB"/>
            </w:tcBorders>
          </w:tcPr>
          <w:p w14:paraId="2E693D3B" w14:textId="1B9014D4" w:rsidR="00A93830" w:rsidRPr="001A1A51" w:rsidRDefault="00B85021">
            <w:pPr>
              <w:jc w:val="center"/>
              <w:rPr>
                <w:sz w:val="18"/>
                <w:szCs w:val="18"/>
                <w:lang w:val="de-DE"/>
              </w:rPr>
            </w:pPr>
            <w:r w:rsidRPr="001A1A51">
              <w:rPr>
                <w:sz w:val="18"/>
                <w:szCs w:val="18"/>
                <w:lang w:val="de-DE"/>
              </w:rPr>
              <w:t>1</w:t>
            </w:r>
          </w:p>
        </w:tc>
      </w:tr>
    </w:tbl>
    <w:p w14:paraId="22D7DFB8" w14:textId="77777777" w:rsidR="00911098" w:rsidRDefault="00911098" w:rsidP="009768EB">
      <w:pPr>
        <w:spacing w:after="80"/>
        <w:rPr>
          <w:b/>
          <w:color w:val="D56B19"/>
          <w:spacing w:val="22"/>
          <w:sz w:val="18"/>
          <w:szCs w:val="18"/>
          <w:lang w:val="de-DE"/>
        </w:rPr>
      </w:pPr>
    </w:p>
    <w:p w14:paraId="50783AA2" w14:textId="5B236D1A" w:rsidR="00A93830" w:rsidRPr="0046047A" w:rsidRDefault="00911098" w:rsidP="004B430A">
      <w:pPr>
        <w:pBdr>
          <w:bottom w:val="single" w:sz="4" w:space="1" w:color="BFBFBF" w:themeColor="background1" w:themeShade="BF"/>
        </w:pBdr>
        <w:spacing w:after="80"/>
        <w:rPr>
          <w:sz w:val="18"/>
          <w:szCs w:val="18"/>
          <w:lang w:val="de-DE"/>
        </w:rPr>
      </w:pPr>
      <w:r w:rsidRPr="0046047A">
        <w:rPr>
          <w:b/>
          <w:color w:val="D56B19"/>
          <w:spacing w:val="22"/>
          <w:sz w:val="18"/>
          <w:szCs w:val="18"/>
          <w:lang w:val="de-DE"/>
        </w:rPr>
        <w:t>GERÄTE / MASCHINEN / MATERIAL</w:t>
      </w:r>
    </w:p>
    <w:tbl>
      <w:tblPr>
        <w:tblStyle w:val="Style2"/>
        <w:tblW w:w="0" w:type="auto"/>
        <w:tblLayout w:type="fixed"/>
        <w:tblCellMar>
          <w:top w:w="72" w:type="dxa"/>
          <w:left w:w="0" w:type="dxa"/>
          <w:bottom w:w="72" w:type="dxa"/>
          <w:right w:w="0" w:type="dxa"/>
        </w:tblCellMar>
        <w:tblLook w:val="04A0" w:firstRow="1" w:lastRow="0" w:firstColumn="1" w:lastColumn="0" w:noHBand="0" w:noVBand="1"/>
      </w:tblPr>
      <w:tblGrid>
        <w:gridCol w:w="8448"/>
        <w:gridCol w:w="1417"/>
      </w:tblGrid>
      <w:tr w:rsidR="00A93830" w:rsidRPr="00CD0A7B" w14:paraId="54C0BC4C" w14:textId="77777777" w:rsidTr="00A96DBA">
        <w:tc>
          <w:tcPr>
            <w:tcW w:w="8448" w:type="dxa"/>
            <w:tcBorders>
              <w:bottom w:val="single" w:sz="4" w:space="0" w:color="E5E7EB"/>
            </w:tcBorders>
          </w:tcPr>
          <w:p w14:paraId="2F6E4A5F" w14:textId="291BEFAD" w:rsidR="00A93830" w:rsidRPr="0046047A" w:rsidRDefault="00911098" w:rsidP="00911098">
            <w:pPr>
              <w:rPr>
                <w:sz w:val="18"/>
                <w:szCs w:val="24"/>
                <w:lang w:val="de-DE"/>
              </w:rPr>
            </w:pPr>
            <w:bookmarkStart w:id="8" w:name="OLE_LINK6"/>
            <w:bookmarkStart w:id="9" w:name="OLE_LINK7"/>
            <w:bookmarkStart w:id="10" w:name="OLE_LINK17"/>
            <w:r w:rsidRPr="0046047A">
              <w:rPr>
                <w:b/>
                <w:sz w:val="18"/>
                <w:szCs w:val="24"/>
                <w:lang w:val="de-DE"/>
              </w:rPr>
              <w:t>Bezeichnung</w:t>
            </w:r>
            <w:bookmarkEnd w:id="10"/>
          </w:p>
        </w:tc>
        <w:tc>
          <w:tcPr>
            <w:tcW w:w="1417" w:type="dxa"/>
            <w:tcBorders>
              <w:bottom w:val="single" w:sz="4" w:space="0" w:color="E5E7EB"/>
            </w:tcBorders>
          </w:tcPr>
          <w:p w14:paraId="3527D91B" w14:textId="6F2AEBF3" w:rsidR="00A93830" w:rsidRPr="0046047A" w:rsidRDefault="00C35B08">
            <w:pPr>
              <w:jc w:val="center"/>
              <w:rPr>
                <w:sz w:val="18"/>
                <w:szCs w:val="24"/>
                <w:lang w:val="de-DE"/>
              </w:rPr>
            </w:pPr>
            <w:r w:rsidRPr="0046047A">
              <w:rPr>
                <w:b/>
                <w:sz w:val="18"/>
                <w:szCs w:val="24"/>
                <w:lang w:val="de-DE"/>
              </w:rPr>
              <w:t>Menge</w:t>
            </w:r>
          </w:p>
        </w:tc>
      </w:tr>
      <w:tr w:rsidR="00A93830" w:rsidRPr="00CD0A7B" w14:paraId="7723754D" w14:textId="77777777" w:rsidTr="00A96DBA">
        <w:tc>
          <w:tcPr>
            <w:tcW w:w="8447" w:type="dxa"/>
            <w:tcBorders>
              <w:top w:val="single" w:sz="4" w:space="0" w:color="E5E7EB"/>
              <w:bottom w:val="single" w:sz="4" w:space="0" w:color="E5E7EB"/>
            </w:tcBorders>
          </w:tcPr>
          <w:p w14:paraId="01048123" w14:textId="1C70467A" w:rsidR="00A93830" w:rsidRPr="001A1A51" w:rsidRDefault="001A1A51">
            <w:pPr>
              <w:rPr>
                <w:sz w:val="18"/>
                <w:szCs w:val="18"/>
                <w:lang w:val="de-DE"/>
              </w:rPr>
            </w:pPr>
            <w:bookmarkStart w:id="11" w:name="OLE_LINK16"/>
            <w:bookmarkEnd w:id="8"/>
            <w:r w:rsidRPr="001A1A51">
              <w:rPr>
                <w:sz w:val="18"/>
                <w:szCs w:val="18"/>
                <w:lang w:val="de-DE"/>
              </w:rPr>
              <w:t>Bagg</w:t>
            </w:r>
            <w:r>
              <w:rPr>
                <w:sz w:val="18"/>
                <w:szCs w:val="18"/>
                <w:lang w:val="de-DE"/>
              </w:rPr>
              <w:t>er</w:t>
            </w:r>
            <w:bookmarkEnd w:id="11"/>
          </w:p>
        </w:tc>
        <w:tc>
          <w:tcPr>
            <w:tcW w:w="1417" w:type="dxa"/>
            <w:tcBorders>
              <w:top w:val="single" w:sz="4" w:space="0" w:color="E5E7EB"/>
              <w:bottom w:val="single" w:sz="4" w:space="0" w:color="E5E7EB"/>
            </w:tcBorders>
          </w:tcPr>
          <w:p w14:paraId="24DAC0CE" w14:textId="1A4C84C6" w:rsidR="00A93830" w:rsidRPr="001A1A51" w:rsidRDefault="001A1A51">
            <w:pPr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1</w:t>
            </w:r>
          </w:p>
        </w:tc>
      </w:tr>
      <w:tr w:rsidR="00A93830" w:rsidRPr="00CD0A7B" w14:paraId="7D89B422" w14:textId="77777777" w:rsidTr="00A96DBA">
        <w:tc>
          <w:tcPr>
            <w:tcW w:w="8447" w:type="dxa"/>
            <w:tcBorders>
              <w:top w:val="single" w:sz="4" w:space="0" w:color="E5E7EB"/>
            </w:tcBorders>
          </w:tcPr>
          <w:p w14:paraId="265807D8" w14:textId="62B1FA2D" w:rsidR="00A93830" w:rsidRPr="001A1A51" w:rsidRDefault="001A1A51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Estrich</w:t>
            </w:r>
          </w:p>
        </w:tc>
        <w:tc>
          <w:tcPr>
            <w:tcW w:w="1417" w:type="dxa"/>
            <w:tcBorders>
              <w:top w:val="single" w:sz="4" w:space="0" w:color="E5E7EB"/>
            </w:tcBorders>
          </w:tcPr>
          <w:p w14:paraId="1A31A4BD" w14:textId="0FD3F179" w:rsidR="00A93830" w:rsidRPr="001A1A51" w:rsidRDefault="001A1A51">
            <w:pPr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50kg</w:t>
            </w:r>
          </w:p>
        </w:tc>
      </w:tr>
      <w:bookmarkEnd w:id="9"/>
    </w:tbl>
    <w:p w14:paraId="26D07583" w14:textId="77777777" w:rsidR="00A93830" w:rsidRPr="00CD0A7B" w:rsidRDefault="00A93830">
      <w:pPr>
        <w:spacing w:before="480" w:line="20" w:lineRule="exact"/>
        <w:rPr>
          <w:lang w:val="de-DE"/>
        </w:rPr>
      </w:pPr>
    </w:p>
    <w:p w14:paraId="222E2356" w14:textId="5F0E610C" w:rsidR="00452931" w:rsidRPr="0046047A" w:rsidRDefault="00DF7EA2" w:rsidP="004B430A">
      <w:pPr>
        <w:pBdr>
          <w:bottom w:val="single" w:sz="4" w:space="1" w:color="BFBFBF" w:themeColor="background1" w:themeShade="BF"/>
        </w:pBdr>
        <w:spacing w:after="80"/>
        <w:rPr>
          <w:b/>
          <w:color w:val="D56B19"/>
          <w:spacing w:val="22"/>
          <w:sz w:val="18"/>
          <w:szCs w:val="18"/>
          <w:lang w:val="de-DE"/>
        </w:rPr>
      </w:pPr>
      <w:bookmarkStart w:id="12" w:name="OLE_LINK12"/>
      <w:r w:rsidRPr="0046047A">
        <w:rPr>
          <w:b/>
          <w:color w:val="D56B19"/>
          <w:spacing w:val="22"/>
          <w:sz w:val="18"/>
          <w:szCs w:val="18"/>
          <w:lang w:val="de-DE"/>
        </w:rPr>
        <w:t>AUSGEFÜHRTE ARBEITEN</w:t>
      </w:r>
    </w:p>
    <w:tbl>
      <w:tblPr>
        <w:tblStyle w:val="Style1"/>
        <w:tblW w:w="9864" w:type="dxa"/>
        <w:tblLayout w:type="fixed"/>
        <w:tblCellMar>
          <w:top w:w="216" w:type="dxa"/>
          <w:bottom w:w="216" w:type="dxa"/>
        </w:tblCellMar>
        <w:tblLook w:val="04A0" w:firstRow="1" w:lastRow="0" w:firstColumn="1" w:lastColumn="0" w:noHBand="0" w:noVBand="1"/>
      </w:tblPr>
      <w:tblGrid>
        <w:gridCol w:w="628"/>
        <w:gridCol w:w="2783"/>
        <w:gridCol w:w="6453"/>
      </w:tblGrid>
      <w:tr w:rsidR="00DF7EA2" w:rsidRPr="00CD0A7B" w14:paraId="02D99135" w14:textId="77777777" w:rsidTr="0046047A">
        <w:trPr>
          <w:trHeight w:val="297"/>
        </w:trPr>
        <w:tc>
          <w:tcPr>
            <w:tcW w:w="628" w:type="dxa"/>
            <w:tcBorders>
              <w:top w:val="nil"/>
              <w:bottom w:val="single" w:sz="4" w:space="0" w:color="E5E7EB"/>
              <w:right w:val="nil"/>
            </w:tcBorders>
          </w:tcPr>
          <w:bookmarkEnd w:id="12"/>
          <w:p w14:paraId="39313B9B" w14:textId="1E328521" w:rsidR="00DF7EA2" w:rsidRPr="00CD0A7B" w:rsidRDefault="00DF7EA2">
            <w:pPr>
              <w:rPr>
                <w:b/>
                <w:sz w:val="16"/>
                <w:lang w:val="de-DE"/>
              </w:rPr>
            </w:pPr>
            <w:r w:rsidRPr="0046047A">
              <w:rPr>
                <w:b/>
                <w:sz w:val="18"/>
                <w:szCs w:val="24"/>
                <w:lang w:val="de-DE"/>
              </w:rPr>
              <w:t>N</w:t>
            </w:r>
            <w:r w:rsidR="0046047A">
              <w:rPr>
                <w:b/>
                <w:sz w:val="18"/>
                <w:szCs w:val="24"/>
                <w:lang w:val="de-DE"/>
              </w:rPr>
              <w:t>r.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E5E7EB"/>
              <w:right w:val="nil"/>
            </w:tcBorders>
          </w:tcPr>
          <w:p w14:paraId="2638F17E" w14:textId="06A265E7" w:rsidR="00DF7EA2" w:rsidRPr="00CD0A7B" w:rsidRDefault="0046047A">
            <w:pPr>
              <w:rPr>
                <w:lang w:val="de-DE"/>
              </w:rPr>
            </w:pPr>
            <w:r>
              <w:rPr>
                <w:b/>
                <w:sz w:val="18"/>
                <w:szCs w:val="24"/>
                <w:lang w:val="de-DE"/>
              </w:rPr>
              <w:t>Bild</w:t>
            </w:r>
          </w:p>
        </w:tc>
        <w:tc>
          <w:tcPr>
            <w:tcW w:w="6453" w:type="dxa"/>
            <w:tcBorders>
              <w:top w:val="nil"/>
              <w:left w:val="nil"/>
              <w:bottom w:val="single" w:sz="4" w:space="0" w:color="E5E7EB"/>
            </w:tcBorders>
          </w:tcPr>
          <w:p w14:paraId="71952C83" w14:textId="3F968C41" w:rsidR="00DF7EA2" w:rsidRPr="00CD0A7B" w:rsidRDefault="0046047A">
            <w:pPr>
              <w:rPr>
                <w:lang w:val="de-DE"/>
              </w:rPr>
            </w:pPr>
            <w:r>
              <w:rPr>
                <w:b/>
                <w:sz w:val="18"/>
                <w:szCs w:val="24"/>
                <w:lang w:val="de-DE"/>
              </w:rPr>
              <w:t>Beschreibung</w:t>
            </w:r>
          </w:p>
        </w:tc>
      </w:tr>
      <w:tr w:rsidR="00117F57" w:rsidRPr="001A1A51" w14:paraId="75BF6812" w14:textId="77777777" w:rsidTr="0046047A">
        <w:trPr>
          <w:trHeight w:val="1087"/>
        </w:trPr>
        <w:tc>
          <w:tcPr>
            <w:tcW w:w="628" w:type="dxa"/>
            <w:tcBorders>
              <w:top w:val="single" w:sz="4" w:space="0" w:color="E5E7EB"/>
              <w:bottom w:val="single" w:sz="4" w:space="0" w:color="E5E7EB"/>
              <w:right w:val="single" w:sz="4" w:space="0" w:color="E5E7EB"/>
            </w:tcBorders>
          </w:tcPr>
          <w:p w14:paraId="163127EE" w14:textId="3354F735" w:rsidR="00DF7EA2" w:rsidRPr="001A1A51" w:rsidRDefault="008A3C60">
            <w:pPr>
              <w:rPr>
                <w:sz w:val="18"/>
                <w:szCs w:val="18"/>
                <w:lang w:val="de-DE"/>
              </w:rPr>
            </w:pPr>
            <w:r w:rsidRPr="001A1A51">
              <w:rPr>
                <w:sz w:val="18"/>
                <w:szCs w:val="18"/>
                <w:lang w:val="de-DE"/>
              </w:rPr>
              <w:t>1</w:t>
            </w:r>
          </w:p>
        </w:tc>
        <w:tc>
          <w:tcPr>
            <w:tcW w:w="2783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</w:tcPr>
          <w:p w14:paraId="56896111" w14:textId="592A7BE5" w:rsidR="00DF7EA2" w:rsidRPr="001A1A51" w:rsidRDefault="00DF7EA2">
            <w:pPr>
              <w:rPr>
                <w:sz w:val="18"/>
                <w:szCs w:val="18"/>
                <w:lang w:val="de-DE"/>
              </w:rPr>
            </w:pPr>
          </w:p>
        </w:tc>
        <w:tc>
          <w:tcPr>
            <w:tcW w:w="6453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</w:tcBorders>
          </w:tcPr>
          <w:p w14:paraId="6F5D9F91" w14:textId="38613A15" w:rsidR="00DF7EA2" w:rsidRPr="001A1A51" w:rsidRDefault="00DF7EA2" w:rsidP="00DB7C3F">
            <w:pPr>
              <w:rPr>
                <w:sz w:val="18"/>
                <w:szCs w:val="18"/>
                <w:lang w:val="de-DE"/>
              </w:rPr>
            </w:pPr>
          </w:p>
        </w:tc>
      </w:tr>
      <w:tr w:rsidR="00DF7EA2" w:rsidRPr="00CD0A7B" w14:paraId="6710FCBB" w14:textId="77777777" w:rsidTr="0046047A">
        <w:trPr>
          <w:trHeight w:val="1087"/>
        </w:trPr>
        <w:tc>
          <w:tcPr>
            <w:tcW w:w="628" w:type="dxa"/>
            <w:tcBorders>
              <w:top w:val="single" w:sz="4" w:space="0" w:color="E5E7EB"/>
              <w:bottom w:val="single" w:sz="4" w:space="0" w:color="E5E7EB"/>
              <w:right w:val="single" w:sz="4" w:space="0" w:color="E5E7EB"/>
            </w:tcBorders>
          </w:tcPr>
          <w:p w14:paraId="79DEE640" w14:textId="12CEB283" w:rsidR="00DF7EA2" w:rsidRPr="001A1A51" w:rsidRDefault="008A3C60">
            <w:pPr>
              <w:rPr>
                <w:sz w:val="18"/>
                <w:szCs w:val="18"/>
                <w:lang w:val="de-DE"/>
              </w:rPr>
            </w:pPr>
            <w:r w:rsidRPr="001A1A51">
              <w:rPr>
                <w:sz w:val="18"/>
                <w:szCs w:val="18"/>
                <w:lang w:val="de-DE"/>
              </w:rPr>
              <w:t>2</w:t>
            </w:r>
          </w:p>
        </w:tc>
        <w:tc>
          <w:tcPr>
            <w:tcW w:w="2783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</w:tcPr>
          <w:p w14:paraId="49F92DDC" w14:textId="4167B49B" w:rsidR="00DF7EA2" w:rsidRPr="001A1A51" w:rsidRDefault="00DF7EA2">
            <w:pPr>
              <w:rPr>
                <w:sz w:val="18"/>
                <w:szCs w:val="18"/>
              </w:rPr>
            </w:pPr>
          </w:p>
        </w:tc>
        <w:tc>
          <w:tcPr>
            <w:tcW w:w="6453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</w:tcBorders>
          </w:tcPr>
          <w:p w14:paraId="776133E6" w14:textId="77777777" w:rsidR="00DF7EA2" w:rsidRPr="001A1A51" w:rsidRDefault="00DF7EA2">
            <w:pPr>
              <w:rPr>
                <w:sz w:val="18"/>
                <w:szCs w:val="18"/>
                <w:lang w:val="de-DE"/>
              </w:rPr>
            </w:pPr>
          </w:p>
        </w:tc>
      </w:tr>
      <w:tr w:rsidR="00452931" w:rsidRPr="00CD0A7B" w14:paraId="48DB38B0" w14:textId="77777777" w:rsidTr="0046047A">
        <w:trPr>
          <w:trHeight w:val="1087"/>
        </w:trPr>
        <w:tc>
          <w:tcPr>
            <w:tcW w:w="628" w:type="dxa"/>
            <w:tcBorders>
              <w:top w:val="single" w:sz="4" w:space="0" w:color="E5E7EB"/>
              <w:bottom w:val="single" w:sz="4" w:space="0" w:color="E5E7EB"/>
              <w:right w:val="single" w:sz="4" w:space="0" w:color="E5E7EB"/>
            </w:tcBorders>
          </w:tcPr>
          <w:p w14:paraId="51AC9ABA" w14:textId="1D1A9095" w:rsidR="00452931" w:rsidRPr="001A1A51" w:rsidRDefault="00452931">
            <w:pPr>
              <w:rPr>
                <w:sz w:val="18"/>
                <w:szCs w:val="18"/>
                <w:lang w:val="de-DE"/>
              </w:rPr>
            </w:pPr>
            <w:r w:rsidRPr="001A1A51">
              <w:rPr>
                <w:sz w:val="18"/>
                <w:szCs w:val="18"/>
                <w:lang w:val="de-DE"/>
              </w:rPr>
              <w:lastRenderedPageBreak/>
              <w:t>3</w:t>
            </w:r>
          </w:p>
        </w:tc>
        <w:tc>
          <w:tcPr>
            <w:tcW w:w="2783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</w:tcPr>
          <w:p w14:paraId="65B8C482" w14:textId="77777777" w:rsidR="00452931" w:rsidRPr="001A1A51" w:rsidRDefault="00452931">
            <w:pPr>
              <w:rPr>
                <w:sz w:val="18"/>
                <w:szCs w:val="18"/>
                <w:lang w:val="de-DE"/>
              </w:rPr>
            </w:pPr>
          </w:p>
        </w:tc>
        <w:tc>
          <w:tcPr>
            <w:tcW w:w="6453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</w:tcBorders>
          </w:tcPr>
          <w:p w14:paraId="7C57A17D" w14:textId="77777777" w:rsidR="00452931" w:rsidRPr="001A1A51" w:rsidRDefault="00452931">
            <w:pPr>
              <w:rPr>
                <w:sz w:val="18"/>
                <w:szCs w:val="18"/>
                <w:lang w:val="de-DE"/>
              </w:rPr>
            </w:pPr>
          </w:p>
        </w:tc>
      </w:tr>
      <w:tr w:rsidR="001A1A51" w:rsidRPr="00CD0A7B" w14:paraId="57219145" w14:textId="77777777" w:rsidTr="0046047A">
        <w:trPr>
          <w:trHeight w:val="1087"/>
        </w:trPr>
        <w:tc>
          <w:tcPr>
            <w:tcW w:w="628" w:type="dxa"/>
            <w:tcBorders>
              <w:top w:val="single" w:sz="4" w:space="0" w:color="E5E7EB"/>
              <w:bottom w:val="single" w:sz="4" w:space="0" w:color="E5E7EB"/>
              <w:right w:val="single" w:sz="4" w:space="0" w:color="E5E7EB"/>
            </w:tcBorders>
          </w:tcPr>
          <w:p w14:paraId="58BF5599" w14:textId="35AAEA10" w:rsidR="001A1A51" w:rsidRPr="001A1A51" w:rsidRDefault="001A1A51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4</w:t>
            </w:r>
          </w:p>
        </w:tc>
        <w:tc>
          <w:tcPr>
            <w:tcW w:w="2783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</w:tcPr>
          <w:p w14:paraId="3F43B3A9" w14:textId="77777777" w:rsidR="001A1A51" w:rsidRPr="001A1A51" w:rsidRDefault="001A1A51">
            <w:pPr>
              <w:rPr>
                <w:sz w:val="18"/>
                <w:szCs w:val="18"/>
                <w:lang w:val="de-DE"/>
              </w:rPr>
            </w:pPr>
          </w:p>
        </w:tc>
        <w:tc>
          <w:tcPr>
            <w:tcW w:w="6453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</w:tcBorders>
          </w:tcPr>
          <w:p w14:paraId="23503582" w14:textId="77777777" w:rsidR="001A1A51" w:rsidRPr="001A1A51" w:rsidRDefault="001A1A51">
            <w:pPr>
              <w:rPr>
                <w:sz w:val="18"/>
                <w:szCs w:val="18"/>
                <w:lang w:val="de-DE"/>
              </w:rPr>
            </w:pPr>
          </w:p>
        </w:tc>
      </w:tr>
      <w:tr w:rsidR="001A1A51" w:rsidRPr="00CD0A7B" w14:paraId="48DBF614" w14:textId="77777777" w:rsidTr="0046047A">
        <w:trPr>
          <w:trHeight w:val="1087"/>
        </w:trPr>
        <w:tc>
          <w:tcPr>
            <w:tcW w:w="628" w:type="dxa"/>
            <w:tcBorders>
              <w:top w:val="single" w:sz="4" w:space="0" w:color="E5E7EB"/>
              <w:bottom w:val="single" w:sz="4" w:space="0" w:color="E5E7EB"/>
              <w:right w:val="single" w:sz="4" w:space="0" w:color="E5E7EB"/>
            </w:tcBorders>
          </w:tcPr>
          <w:p w14:paraId="008AD1F7" w14:textId="78E23031" w:rsidR="001A1A51" w:rsidRPr="001A1A51" w:rsidRDefault="001A1A51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5</w:t>
            </w:r>
          </w:p>
        </w:tc>
        <w:tc>
          <w:tcPr>
            <w:tcW w:w="2783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</w:tcPr>
          <w:p w14:paraId="68A5A4CE" w14:textId="77777777" w:rsidR="001A1A51" w:rsidRPr="001A1A51" w:rsidRDefault="001A1A51">
            <w:pPr>
              <w:rPr>
                <w:sz w:val="18"/>
                <w:szCs w:val="18"/>
                <w:lang w:val="de-DE"/>
              </w:rPr>
            </w:pPr>
          </w:p>
        </w:tc>
        <w:tc>
          <w:tcPr>
            <w:tcW w:w="6453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</w:tcBorders>
          </w:tcPr>
          <w:p w14:paraId="35B055E5" w14:textId="77777777" w:rsidR="001A1A51" w:rsidRPr="001A1A51" w:rsidRDefault="001A1A51">
            <w:pPr>
              <w:rPr>
                <w:sz w:val="18"/>
                <w:szCs w:val="18"/>
                <w:lang w:val="de-DE"/>
              </w:rPr>
            </w:pPr>
          </w:p>
        </w:tc>
      </w:tr>
      <w:tr w:rsidR="001A1A51" w:rsidRPr="00CD0A7B" w14:paraId="220F07CC" w14:textId="77777777" w:rsidTr="0046047A">
        <w:trPr>
          <w:trHeight w:val="1087"/>
        </w:trPr>
        <w:tc>
          <w:tcPr>
            <w:tcW w:w="628" w:type="dxa"/>
            <w:tcBorders>
              <w:top w:val="single" w:sz="4" w:space="0" w:color="E5E7EB"/>
              <w:bottom w:val="single" w:sz="4" w:space="0" w:color="E5E7EB"/>
              <w:right w:val="single" w:sz="4" w:space="0" w:color="E5E7EB"/>
            </w:tcBorders>
          </w:tcPr>
          <w:p w14:paraId="53BADA30" w14:textId="185FB37A" w:rsidR="001A1A51" w:rsidRPr="001A1A51" w:rsidRDefault="001A1A51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6</w:t>
            </w:r>
          </w:p>
        </w:tc>
        <w:tc>
          <w:tcPr>
            <w:tcW w:w="2783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</w:tcPr>
          <w:p w14:paraId="425144B2" w14:textId="77777777" w:rsidR="001A1A51" w:rsidRPr="001A1A51" w:rsidRDefault="001A1A51">
            <w:pPr>
              <w:rPr>
                <w:sz w:val="18"/>
                <w:szCs w:val="18"/>
                <w:lang w:val="de-DE"/>
              </w:rPr>
            </w:pPr>
          </w:p>
        </w:tc>
        <w:tc>
          <w:tcPr>
            <w:tcW w:w="6453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</w:tcBorders>
          </w:tcPr>
          <w:p w14:paraId="42C531A9" w14:textId="77777777" w:rsidR="001A1A51" w:rsidRPr="001A1A51" w:rsidRDefault="001A1A51">
            <w:pPr>
              <w:rPr>
                <w:sz w:val="18"/>
                <w:szCs w:val="18"/>
                <w:lang w:val="de-DE"/>
              </w:rPr>
            </w:pPr>
          </w:p>
        </w:tc>
      </w:tr>
    </w:tbl>
    <w:p w14:paraId="1B783238" w14:textId="77777777" w:rsidR="001A1A51" w:rsidRDefault="001A1A51">
      <w:pPr>
        <w:rPr>
          <w:lang w:val="de-DE"/>
        </w:rPr>
      </w:pPr>
    </w:p>
    <w:p w14:paraId="30ED56ED" w14:textId="77777777" w:rsidR="001A1A51" w:rsidRDefault="001A1A51">
      <w:pPr>
        <w:rPr>
          <w:lang w:val="de-DE"/>
        </w:rPr>
      </w:pPr>
    </w:p>
    <w:p w14:paraId="4859A662" w14:textId="59C38F74" w:rsidR="004B430A" w:rsidRDefault="001A1A51" w:rsidP="004B430A">
      <w:pPr>
        <w:spacing w:line="360" w:lineRule="auto"/>
        <w:rPr>
          <w:b/>
          <w:color w:val="D56B19"/>
          <w:spacing w:val="22"/>
          <w:sz w:val="18"/>
          <w:szCs w:val="18"/>
          <w:lang w:val="de-DE"/>
        </w:rPr>
      </w:pPr>
      <w:r w:rsidRPr="004B430A">
        <w:rPr>
          <w:b/>
          <w:color w:val="D56B19"/>
          <w:spacing w:val="22"/>
          <w:sz w:val="18"/>
          <w:szCs w:val="18"/>
          <w:lang w:val="de-DE"/>
        </w:rPr>
        <w:t>BESONDERE VORKOMMNISSE</w:t>
      </w:r>
      <w:r w:rsidR="00EC141A" w:rsidRPr="00CD0A7B"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4F8911" wp14:editId="77BB84EE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1917700" cy="584200"/>
                <wp:effectExtent l="0" t="0" r="0" b="0"/>
                <wp:wrapTopAndBottom/>
                <wp:docPr id="6307328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7700" cy="58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D73731" w14:textId="77777777" w:rsidR="009F10E6" w:rsidRPr="00CD0A7B" w:rsidRDefault="009F10E6" w:rsidP="00EC141A">
                            <w:pPr>
                              <w:pBdr>
                                <w:bottom w:val="single" w:sz="6" w:space="1" w:color="FFFFFF" w:themeColor="background1"/>
                              </w:pBdr>
                              <w:rPr>
                                <w:lang w:val="de-DE"/>
                              </w:rPr>
                            </w:pPr>
                          </w:p>
                          <w:p w14:paraId="26C8AE8C" w14:textId="24704A18" w:rsidR="009F10E6" w:rsidRPr="00CD0A7B" w:rsidRDefault="009F10E6" w:rsidP="00EC141A">
                            <w:pPr>
                              <w:pBdr>
                                <w:bottom w:val="single" w:sz="6" w:space="1" w:color="FFFFFF" w:themeColor="background1"/>
                              </w:pBdr>
                              <w:rPr>
                                <w:lang w:val="de-DE"/>
                              </w:rPr>
                            </w:pPr>
                            <w:r w:rsidRPr="00CD0A7B">
                              <w:rPr>
                                <w:lang w:val="de-DE"/>
                              </w:rPr>
                              <w:t>___________________________</w:t>
                            </w:r>
                          </w:p>
                          <w:p w14:paraId="729F19DD" w14:textId="21312238" w:rsidR="009F10E6" w:rsidRPr="00DB7C3F" w:rsidRDefault="009F10E6" w:rsidP="00EC141A">
                            <w:pPr>
                              <w:pBdr>
                                <w:bottom w:val="single" w:sz="6" w:space="1" w:color="FFFFFF" w:themeColor="background1"/>
                              </w:pBd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B7C3F">
                              <w:rPr>
                                <w:sz w:val="18"/>
                                <w:szCs w:val="18"/>
                                <w:lang w:val="de-DE"/>
                              </w:rPr>
                              <w:t>Unterschrift (Max Mustermann)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4F891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99.8pt;margin-top:0;width:151pt;height:46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" filled="f" stroked="f" strokeweight=".5pt">
                <v:textbox inset="0,,0">
                  <w:txbxContent>
                    <w:p w14:paraId="02D73731" w14:textId="77777777" w:rsidR="009F10E6" w:rsidRPr="00CD0A7B" w:rsidRDefault="009F10E6" w:rsidP="00EC141A">
                      <w:pPr>
                        <w:pBdr>
                          <w:bottom w:val="single" w:sz="6" w:space="1" w:color="FFFFFF" w:themeColor="background1"/>
                        </w:pBdr>
                        <w:rPr>
                          <w:lang w:val="de-DE"/>
                        </w:rPr>
                      </w:pPr>
                    </w:p>
                    <w:p w14:paraId="26C8AE8C" w14:textId="24704A18" w:rsidR="009F10E6" w:rsidRPr="00CD0A7B" w:rsidRDefault="009F10E6" w:rsidP="00EC141A">
                      <w:pPr>
                        <w:pBdr>
                          <w:bottom w:val="single" w:sz="6" w:space="1" w:color="FFFFFF" w:themeColor="background1"/>
                        </w:pBdr>
                        <w:rPr>
                          <w:lang w:val="de-DE"/>
                        </w:rPr>
                      </w:pPr>
                      <w:r w:rsidRPr="00CD0A7B">
                        <w:rPr>
                          <w:lang w:val="de-DE"/>
                        </w:rPr>
                        <w:t>___________________________</w:t>
                      </w:r>
                    </w:p>
                    <w:p w14:paraId="729F19DD" w14:textId="21312238" w:rsidR="009F10E6" w:rsidRPr="00DB7C3F" w:rsidRDefault="009F10E6" w:rsidP="00EC141A">
                      <w:pPr>
                        <w:pBdr>
                          <w:bottom w:val="single" w:sz="6" w:space="1" w:color="FFFFFF" w:themeColor="background1"/>
                        </w:pBdr>
                        <w:rPr>
                          <w:sz w:val="18"/>
                          <w:szCs w:val="18"/>
                          <w:lang w:val="de-DE"/>
                        </w:rPr>
                      </w:pPr>
                      <w:r w:rsidRPr="00DB7C3F">
                        <w:rPr>
                          <w:sz w:val="18"/>
                          <w:szCs w:val="18"/>
                          <w:lang w:val="de-DE"/>
                        </w:rPr>
                        <w:t>Unterschrift (Max Mustermann)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DB7C3F" w:rsidRPr="00CD0A7B"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4C6ED3" wp14:editId="279D454F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2194560" cy="585216"/>
                <wp:effectExtent l="0" t="0" r="2540" b="0"/>
                <wp:wrapTopAndBottom/>
                <wp:docPr id="9168715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5852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207776" w14:textId="77777777" w:rsidR="009F10E6" w:rsidRPr="00CD0A7B" w:rsidRDefault="009F10E6" w:rsidP="009F10E6">
                            <w:pPr>
                              <w:pBdr>
                                <w:bottom w:val="single" w:sz="6" w:space="1" w:color="FFFFFF" w:themeColor="background1"/>
                              </w:pBdr>
                              <w:rPr>
                                <w:lang w:val="de-DE"/>
                              </w:rPr>
                            </w:pPr>
                          </w:p>
                          <w:p w14:paraId="0893C8A8" w14:textId="77777777" w:rsidR="009F10E6" w:rsidRPr="00CD0A7B" w:rsidRDefault="009F10E6" w:rsidP="009F10E6">
                            <w:pPr>
                              <w:pBdr>
                                <w:bottom w:val="single" w:sz="6" w:space="1" w:color="FFFFFF" w:themeColor="background1"/>
                              </w:pBdr>
                              <w:rPr>
                                <w:lang w:val="de-DE"/>
                              </w:rPr>
                            </w:pPr>
                            <w:r w:rsidRPr="00CD0A7B">
                              <w:rPr>
                                <w:lang w:val="de-DE"/>
                              </w:rPr>
                              <w:t>___________________________</w:t>
                            </w:r>
                          </w:p>
                          <w:p w14:paraId="28857FE4" w14:textId="1BE06CFE" w:rsidR="009F10E6" w:rsidRPr="00DB7C3F" w:rsidRDefault="00CD0A7B" w:rsidP="009F10E6">
                            <w:pPr>
                              <w:pBdr>
                                <w:bottom w:val="single" w:sz="6" w:space="1" w:color="FFFFFF" w:themeColor="background1"/>
                              </w:pBd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B7C3F">
                              <w:rPr>
                                <w:sz w:val="18"/>
                                <w:szCs w:val="18"/>
                                <w:lang w:val="de-DE"/>
                              </w:rPr>
                              <w:t>Ort, Datum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C6ED3" id="_x0000_s1027" type="#_x0000_t202" style="position:absolute;margin-left:0;margin-top:0;width:172.8pt;height:46.1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" filled="f" stroked="f" strokeweight=".5pt">
                <v:textbox inset="0,,0">
                  <w:txbxContent>
                    <w:p w14:paraId="50207776" w14:textId="77777777" w:rsidR="009F10E6" w:rsidRPr="00CD0A7B" w:rsidRDefault="009F10E6" w:rsidP="009F10E6">
                      <w:pPr>
                        <w:pBdr>
                          <w:bottom w:val="single" w:sz="6" w:space="1" w:color="FFFFFF" w:themeColor="background1"/>
                        </w:pBdr>
                        <w:rPr>
                          <w:lang w:val="de-DE"/>
                        </w:rPr>
                      </w:pPr>
                    </w:p>
                    <w:p w14:paraId="0893C8A8" w14:textId="77777777" w:rsidR="009F10E6" w:rsidRPr="00CD0A7B" w:rsidRDefault="009F10E6" w:rsidP="009F10E6">
                      <w:pPr>
                        <w:pBdr>
                          <w:bottom w:val="single" w:sz="6" w:space="1" w:color="FFFFFF" w:themeColor="background1"/>
                        </w:pBdr>
                        <w:rPr>
                          <w:lang w:val="de-DE"/>
                        </w:rPr>
                      </w:pPr>
                      <w:r w:rsidRPr="00CD0A7B">
                        <w:rPr>
                          <w:lang w:val="de-DE"/>
                        </w:rPr>
                        <w:t>___________________________</w:t>
                      </w:r>
                    </w:p>
                    <w:p w14:paraId="28857FE4" w14:textId="1BE06CFE" w:rsidR="009F10E6" w:rsidRPr="00DB7C3F" w:rsidRDefault="00CD0A7B" w:rsidP="009F10E6">
                      <w:pPr>
                        <w:pBdr>
                          <w:bottom w:val="single" w:sz="6" w:space="1" w:color="FFFFFF" w:themeColor="background1"/>
                        </w:pBdr>
                        <w:rPr>
                          <w:sz w:val="18"/>
                          <w:szCs w:val="18"/>
                          <w:lang w:val="de-DE"/>
                        </w:rPr>
                      </w:pPr>
                      <w:r w:rsidRPr="00DB7C3F">
                        <w:rPr>
                          <w:sz w:val="18"/>
                          <w:szCs w:val="18"/>
                          <w:lang w:val="de-DE"/>
                        </w:rPr>
                        <w:t>Ort, Datum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4B430A">
        <w:rPr>
          <w:b/>
          <w:color w:val="D56B19"/>
          <w:spacing w:val="22"/>
          <w:sz w:val="18"/>
          <w:szCs w:val="18"/>
          <w:lang w:val="de-DE"/>
        </w:rPr>
        <w:t>:</w:t>
      </w:r>
    </w:p>
    <w:p w14:paraId="77894F75" w14:textId="322D46F5" w:rsidR="004B430A" w:rsidRPr="004B430A" w:rsidRDefault="004B430A" w:rsidP="004B430A">
      <w:pPr>
        <w:spacing w:line="360" w:lineRule="auto"/>
        <w:rPr>
          <w:sz w:val="18"/>
          <w:szCs w:val="18"/>
          <w:lang w:val="de-DE"/>
        </w:rPr>
      </w:pPr>
      <w:r w:rsidRPr="004B430A">
        <w:rPr>
          <w:sz w:val="18"/>
          <w:szCs w:val="18"/>
          <w:lang w:val="de-DE"/>
        </w:rPr>
        <w:t>Keine.</w:t>
      </w:r>
    </w:p>
    <w:sectPr w:rsidR="004B430A" w:rsidRPr="004B430A" w:rsidSect="00DB7C3F">
      <w:headerReference w:type="default" r:id="rId8"/>
      <w:footerReference w:type="default" r:id="rId9"/>
      <w:footerReference w:type="first" r:id="rId10"/>
      <w:pgSz w:w="12240" w:h="15840"/>
      <w:pgMar w:top="792" w:right="1022" w:bottom="1080" w:left="1022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1ECAC" w14:textId="77777777" w:rsidR="00F062C5" w:rsidRDefault="00F062C5">
      <w:pPr>
        <w:spacing w:line="240" w:lineRule="auto"/>
      </w:pPr>
      <w:r>
        <w:separator/>
      </w:r>
    </w:p>
  </w:endnote>
  <w:endnote w:type="continuationSeparator" w:id="0">
    <w:p w14:paraId="209D54BD" w14:textId="77777777" w:rsidR="00F062C5" w:rsidRDefault="00F062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C368F" w14:textId="77777777" w:rsidR="00A93830" w:rsidRPr="00DB7C3F" w:rsidRDefault="00A93830">
    <w:pPr>
      <w:pStyle w:val="Footer"/>
      <w:pBdr>
        <w:bottom w:val="single" w:sz="4" w:space="1" w:color="E5E7EB"/>
      </w:pBdr>
      <w:spacing w:after="80"/>
    </w:pPr>
  </w:p>
  <w:tbl>
    <w:tblPr>
      <w:tblW w:w="0" w:type="auto"/>
      <w:tblLook w:val="04A0" w:firstRow="1" w:lastRow="0" w:firstColumn="1" w:lastColumn="0" w:noHBand="0" w:noVBand="1"/>
    </w:tblPr>
    <w:tblGrid>
      <w:gridCol w:w="4932"/>
      <w:gridCol w:w="4932"/>
    </w:tblGrid>
    <w:tr w:rsidR="00A93830" w14:paraId="3904A040" w14:textId="77777777">
      <w:tc>
        <w:tcPr>
          <w:tcW w:w="4932" w:type="dxa"/>
        </w:tcPr>
        <w:p w14:paraId="5CD5F3A6" w14:textId="43B2ED90" w:rsidR="00A93830" w:rsidRPr="00F41868" w:rsidRDefault="006A6470">
          <w:pPr>
            <w:rPr>
              <w:lang w:val="de-DE"/>
            </w:rPr>
          </w:pPr>
          <w:r>
            <w:rPr>
              <w:color w:val="6B7280"/>
              <w:sz w:val="18"/>
              <w:lang w:val="de-DE"/>
            </w:rPr>
            <w:t xml:space="preserve">Vorlage </w:t>
          </w:r>
          <w:r w:rsidR="00B84D91">
            <w:rPr>
              <w:color w:val="6B7280"/>
              <w:sz w:val="18"/>
              <w:lang w:val="de-DE"/>
            </w:rPr>
            <w:t>auf:</w:t>
          </w:r>
          <w:r w:rsidRPr="00F41868">
            <w:rPr>
              <w:color w:val="6B7280"/>
              <w:sz w:val="18"/>
              <w:lang w:val="de-DE"/>
            </w:rPr>
            <w:t xml:space="preserve"> www.konstro.de</w:t>
          </w:r>
        </w:p>
      </w:tc>
      <w:tc>
        <w:tcPr>
          <w:tcW w:w="4932" w:type="dxa"/>
        </w:tcPr>
        <w:p w14:paraId="16F11022" w14:textId="77777777" w:rsidR="00A93830" w:rsidRDefault="00000000">
          <w:pPr>
            <w:jc w:val="right"/>
          </w:pPr>
          <w:r>
            <w:rPr>
              <w:color w:val="6B7280"/>
              <w:sz w:val="18"/>
            </w:rPr>
            <w:fldChar w:fldCharType="begin"/>
          </w:r>
          <w:r>
            <w:rPr>
              <w:color w:val="6B7280"/>
              <w:sz w:val="18"/>
            </w:rPr>
            <w:instrText xml:space="preserve"> PAGE </w:instrText>
          </w:r>
          <w:r>
            <w:rPr>
              <w:color w:val="6B7280"/>
              <w:sz w:val="18"/>
            </w:rPr>
            <w:fldChar w:fldCharType="separate"/>
          </w:r>
          <w:r w:rsidR="00F41868">
            <w:rPr>
              <w:noProof/>
              <w:color w:val="6B7280"/>
              <w:sz w:val="18"/>
            </w:rPr>
            <w:t>2</w:t>
          </w:r>
          <w:r>
            <w:rPr>
              <w:color w:val="6B7280"/>
              <w:sz w:val="18"/>
            </w:rPr>
            <w:fldChar w:fldCharType="end"/>
          </w:r>
          <w:r>
            <w:rPr>
              <w:color w:val="6B7280"/>
              <w:sz w:val="18"/>
            </w:rPr>
            <w:t xml:space="preserve"> / </w:t>
          </w:r>
          <w:r>
            <w:rPr>
              <w:color w:val="6B7280"/>
              <w:sz w:val="18"/>
            </w:rPr>
            <w:fldChar w:fldCharType="begin"/>
          </w:r>
          <w:r>
            <w:rPr>
              <w:color w:val="6B7280"/>
              <w:sz w:val="18"/>
            </w:rPr>
            <w:instrText xml:space="preserve"> NUMPAGES </w:instrText>
          </w:r>
          <w:r>
            <w:rPr>
              <w:color w:val="6B7280"/>
              <w:sz w:val="18"/>
            </w:rPr>
            <w:fldChar w:fldCharType="separate"/>
          </w:r>
          <w:r w:rsidR="00F41868">
            <w:rPr>
              <w:noProof/>
              <w:color w:val="6B7280"/>
              <w:sz w:val="18"/>
            </w:rPr>
            <w:t>3</w:t>
          </w:r>
          <w:r>
            <w:rPr>
              <w:color w:val="6B7280"/>
              <w:sz w:val="18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B8103" w14:textId="77777777" w:rsidR="00A93830" w:rsidRDefault="00A93830">
    <w:pPr>
      <w:pStyle w:val="Footer"/>
      <w:pBdr>
        <w:bottom w:val="single" w:sz="4" w:space="1" w:color="E5E7EB"/>
      </w:pBdr>
      <w:spacing w:after="80"/>
    </w:pPr>
  </w:p>
  <w:tbl>
    <w:tblPr>
      <w:tblW w:w="0" w:type="auto"/>
      <w:tblLook w:val="04A0" w:firstRow="1" w:lastRow="0" w:firstColumn="1" w:lastColumn="0" w:noHBand="0" w:noVBand="1"/>
    </w:tblPr>
    <w:tblGrid>
      <w:gridCol w:w="4932"/>
      <w:gridCol w:w="4932"/>
    </w:tblGrid>
    <w:tr w:rsidR="00A93830" w14:paraId="16A02B5C" w14:textId="77777777">
      <w:tc>
        <w:tcPr>
          <w:tcW w:w="4932" w:type="dxa"/>
        </w:tcPr>
        <w:p w14:paraId="78711FF6" w14:textId="67BF023A" w:rsidR="00A93830" w:rsidRPr="00F41868" w:rsidRDefault="00CD0A7B">
          <w:pPr>
            <w:rPr>
              <w:lang w:val="de-DE"/>
            </w:rPr>
          </w:pPr>
          <w:r>
            <w:rPr>
              <w:color w:val="6B7280"/>
              <w:sz w:val="18"/>
              <w:lang w:val="de-DE"/>
            </w:rPr>
            <w:t xml:space="preserve">Vorlage: </w:t>
          </w:r>
          <w:r w:rsidRPr="00F41868">
            <w:rPr>
              <w:color w:val="6B7280"/>
              <w:sz w:val="18"/>
              <w:lang w:val="de-DE"/>
            </w:rPr>
            <w:t>www.konstro.de</w:t>
          </w:r>
        </w:p>
      </w:tc>
      <w:tc>
        <w:tcPr>
          <w:tcW w:w="4932" w:type="dxa"/>
        </w:tcPr>
        <w:p w14:paraId="26E41256" w14:textId="77777777" w:rsidR="00A93830" w:rsidRDefault="00000000">
          <w:pPr>
            <w:jc w:val="right"/>
          </w:pPr>
          <w:r>
            <w:rPr>
              <w:color w:val="6B7280"/>
              <w:sz w:val="18"/>
            </w:rPr>
            <w:fldChar w:fldCharType="begin"/>
          </w:r>
          <w:r>
            <w:rPr>
              <w:color w:val="6B7280"/>
              <w:sz w:val="18"/>
            </w:rPr>
            <w:instrText xml:space="preserve"> PAGE </w:instrText>
          </w:r>
          <w:r>
            <w:rPr>
              <w:color w:val="6B7280"/>
              <w:sz w:val="18"/>
            </w:rPr>
            <w:fldChar w:fldCharType="separate"/>
          </w:r>
          <w:r w:rsidR="00F41868">
            <w:rPr>
              <w:noProof/>
              <w:color w:val="6B7280"/>
              <w:sz w:val="18"/>
            </w:rPr>
            <w:t>1</w:t>
          </w:r>
          <w:r>
            <w:rPr>
              <w:color w:val="6B7280"/>
              <w:sz w:val="18"/>
            </w:rPr>
            <w:fldChar w:fldCharType="end"/>
          </w:r>
          <w:r>
            <w:rPr>
              <w:color w:val="6B7280"/>
              <w:sz w:val="18"/>
            </w:rPr>
            <w:t xml:space="preserve"> / </w:t>
          </w:r>
          <w:r>
            <w:rPr>
              <w:color w:val="6B7280"/>
              <w:sz w:val="18"/>
            </w:rPr>
            <w:fldChar w:fldCharType="begin"/>
          </w:r>
          <w:r>
            <w:rPr>
              <w:color w:val="6B7280"/>
              <w:sz w:val="18"/>
            </w:rPr>
            <w:instrText xml:space="preserve"> NUMPAGES </w:instrText>
          </w:r>
          <w:r>
            <w:rPr>
              <w:color w:val="6B7280"/>
              <w:sz w:val="18"/>
            </w:rPr>
            <w:fldChar w:fldCharType="separate"/>
          </w:r>
          <w:r w:rsidR="00F41868">
            <w:rPr>
              <w:noProof/>
              <w:color w:val="6B7280"/>
              <w:sz w:val="18"/>
            </w:rPr>
            <w:t>2</w:t>
          </w:r>
          <w:r>
            <w:rPr>
              <w:color w:val="6B7280"/>
              <w:sz w:val="18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1FA42" w14:textId="77777777" w:rsidR="00F062C5" w:rsidRDefault="00F062C5">
      <w:pPr>
        <w:spacing w:line="240" w:lineRule="auto"/>
      </w:pPr>
      <w:r>
        <w:separator/>
      </w:r>
    </w:p>
  </w:footnote>
  <w:footnote w:type="continuationSeparator" w:id="0">
    <w:p w14:paraId="6302319C" w14:textId="77777777" w:rsidR="00F062C5" w:rsidRDefault="00F062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A68BF" w14:textId="3123EECD" w:rsidR="00A93830" w:rsidRDefault="00A9383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5952578">
    <w:abstractNumId w:val="8"/>
  </w:num>
  <w:num w:numId="2" w16cid:durableId="1579706642">
    <w:abstractNumId w:val="6"/>
  </w:num>
  <w:num w:numId="3" w16cid:durableId="1054544930">
    <w:abstractNumId w:val="5"/>
  </w:num>
  <w:num w:numId="4" w16cid:durableId="2135904002">
    <w:abstractNumId w:val="4"/>
  </w:num>
  <w:num w:numId="5" w16cid:durableId="1635872890">
    <w:abstractNumId w:val="7"/>
  </w:num>
  <w:num w:numId="6" w16cid:durableId="522675404">
    <w:abstractNumId w:val="3"/>
  </w:num>
  <w:num w:numId="7" w16cid:durableId="111217909">
    <w:abstractNumId w:val="2"/>
  </w:num>
  <w:num w:numId="8" w16cid:durableId="662123724">
    <w:abstractNumId w:val="1"/>
  </w:num>
  <w:num w:numId="9" w16cid:durableId="1889026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3138"/>
    <w:rsid w:val="00117F57"/>
    <w:rsid w:val="00132576"/>
    <w:rsid w:val="0015074B"/>
    <w:rsid w:val="001936D9"/>
    <w:rsid w:val="001A1A51"/>
    <w:rsid w:val="0029639D"/>
    <w:rsid w:val="00326F90"/>
    <w:rsid w:val="0044245D"/>
    <w:rsid w:val="00452931"/>
    <w:rsid w:val="0046047A"/>
    <w:rsid w:val="004B430A"/>
    <w:rsid w:val="005B1348"/>
    <w:rsid w:val="006A6470"/>
    <w:rsid w:val="006D1940"/>
    <w:rsid w:val="008A3C60"/>
    <w:rsid w:val="00911098"/>
    <w:rsid w:val="009768EB"/>
    <w:rsid w:val="009F10E6"/>
    <w:rsid w:val="00A93830"/>
    <w:rsid w:val="00A96DBA"/>
    <w:rsid w:val="00AA1D8D"/>
    <w:rsid w:val="00AF16A4"/>
    <w:rsid w:val="00B05AAD"/>
    <w:rsid w:val="00B47730"/>
    <w:rsid w:val="00B84D91"/>
    <w:rsid w:val="00B85021"/>
    <w:rsid w:val="00C35B08"/>
    <w:rsid w:val="00CB0664"/>
    <w:rsid w:val="00CD0A7B"/>
    <w:rsid w:val="00DA7B34"/>
    <w:rsid w:val="00DB7C3F"/>
    <w:rsid w:val="00DF7EA2"/>
    <w:rsid w:val="00EC141A"/>
    <w:rsid w:val="00F062C5"/>
    <w:rsid w:val="00F41868"/>
    <w:rsid w:val="00FB161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708350"/>
  <w14:defaultImageDpi w14:val="300"/>
  <w15:docId w15:val="{2BC8022A-4DA0-9D4F-8BDA-80B0F7895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098"/>
    <w:pPr>
      <w:spacing w:after="0"/>
    </w:pPr>
    <w:rPr>
      <w:rFonts w:ascii="Arial" w:hAnsi="Arial"/>
      <w:color w:val="11111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Style1">
    <w:name w:val="Style1"/>
    <w:basedOn w:val="TableNormal"/>
    <w:uiPriority w:val="99"/>
    <w:rsid w:val="00452931"/>
    <w:pPr>
      <w:spacing w:after="0" w:line="240" w:lineRule="auto"/>
    </w:pPr>
    <w:tblPr>
      <w:tblBorders>
        <w:bottom w:val="single" w:sz="4" w:space="0" w:color="9CA3AF"/>
        <w:insideH w:val="single" w:sz="4" w:space="0" w:color="9CA3AF"/>
        <w:insideV w:val="single" w:sz="4" w:space="0" w:color="9CA3AF"/>
      </w:tblBorders>
    </w:tblPr>
  </w:style>
  <w:style w:type="table" w:customStyle="1" w:styleId="Style2">
    <w:name w:val="Style2"/>
    <w:basedOn w:val="TableNormal"/>
    <w:uiPriority w:val="99"/>
    <w:rsid w:val="00452931"/>
    <w:pPr>
      <w:spacing w:after="0" w:line="240" w:lineRule="auto"/>
    </w:pPr>
    <w:tblPr>
      <w:tblBorders>
        <w:insideH w:val="single" w:sz="4" w:space="0" w:color="9CA3A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Sebastian Frank</cp:lastModifiedBy>
  <cp:revision>4</cp:revision>
  <dcterms:created xsi:type="dcterms:W3CDTF">2026-07-09T13:09:00Z</dcterms:created>
  <dcterms:modified xsi:type="dcterms:W3CDTF">2026-07-10T07:47:00Z</dcterms:modified>
  <cp:category/>
</cp:coreProperties>
</file>